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3B41" w14:textId="630C0C1C" w:rsidR="00EA6AC0" w:rsidRPr="007002BB" w:rsidRDefault="00EA6AC0" w:rsidP="00A23BEA">
      <w:pPr>
        <w:pStyle w:val="Balk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0" w:name="_Hlk211340287"/>
      <w:r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Fenerbahçe </w:t>
      </w:r>
      <w:proofErr w:type="spellStart"/>
      <w:r w:rsidRPr="007002BB">
        <w:rPr>
          <w:rFonts w:ascii="Times New Roman" w:hAnsi="Times New Roman" w:cs="Times New Roman"/>
          <w:color w:val="auto"/>
          <w:sz w:val="32"/>
          <w:szCs w:val="32"/>
        </w:rPr>
        <w:t>Üniversitesi</w:t>
      </w:r>
      <w:proofErr w:type="spellEnd"/>
      <w:r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Spor </w:t>
      </w:r>
      <w:proofErr w:type="spellStart"/>
      <w:r w:rsidRPr="007002BB">
        <w:rPr>
          <w:rFonts w:ascii="Times New Roman" w:hAnsi="Times New Roman" w:cs="Times New Roman"/>
          <w:color w:val="auto"/>
          <w:sz w:val="32"/>
          <w:szCs w:val="32"/>
        </w:rPr>
        <w:t>Bilimleri</w:t>
      </w:r>
      <w:proofErr w:type="spellEnd"/>
      <w:r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Pr="007002BB">
        <w:rPr>
          <w:rFonts w:ascii="Times New Roman" w:hAnsi="Times New Roman" w:cs="Times New Roman"/>
          <w:color w:val="auto"/>
          <w:sz w:val="32"/>
          <w:szCs w:val="32"/>
        </w:rPr>
        <w:t>Fakültesi</w:t>
      </w:r>
      <w:proofErr w:type="spellEnd"/>
      <w:r w:rsidRPr="007002BB">
        <w:rPr>
          <w:rFonts w:ascii="Times New Roman" w:hAnsi="Times New Roman" w:cs="Times New Roman"/>
          <w:color w:val="auto"/>
          <w:sz w:val="32"/>
          <w:szCs w:val="32"/>
        </w:rPr>
        <w:br/>
      </w:r>
      <w:proofErr w:type="spellStart"/>
      <w:r w:rsidRPr="007002BB">
        <w:rPr>
          <w:rFonts w:ascii="Times New Roman" w:hAnsi="Times New Roman" w:cs="Times New Roman"/>
          <w:color w:val="auto"/>
          <w:sz w:val="32"/>
          <w:szCs w:val="32"/>
        </w:rPr>
        <w:t>İşletmede</w:t>
      </w:r>
      <w:proofErr w:type="spellEnd"/>
      <w:r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Mesleki </w:t>
      </w:r>
      <w:proofErr w:type="spellStart"/>
      <w:r w:rsidRPr="007002BB">
        <w:rPr>
          <w:rFonts w:ascii="Times New Roman" w:hAnsi="Times New Roman" w:cs="Times New Roman"/>
          <w:color w:val="auto"/>
          <w:sz w:val="32"/>
          <w:szCs w:val="32"/>
        </w:rPr>
        <w:t>Eğitim</w:t>
      </w:r>
      <w:proofErr w:type="spellEnd"/>
      <w:r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Pr="007002BB">
        <w:rPr>
          <w:rFonts w:ascii="Times New Roman" w:hAnsi="Times New Roman" w:cs="Times New Roman"/>
          <w:color w:val="auto"/>
          <w:sz w:val="32"/>
          <w:szCs w:val="32"/>
        </w:rPr>
        <w:t>Uygulaması</w:t>
      </w:r>
      <w:proofErr w:type="spellEnd"/>
      <w:r w:rsidR="0042560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="0042560C">
        <w:rPr>
          <w:rFonts w:ascii="Times New Roman" w:hAnsi="Times New Roman" w:cs="Times New Roman"/>
          <w:color w:val="auto"/>
          <w:sz w:val="32"/>
          <w:szCs w:val="32"/>
        </w:rPr>
        <w:t>ve</w:t>
      </w:r>
      <w:proofErr w:type="spellEnd"/>
      <w:r w:rsidR="0042560C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="0042560C">
        <w:rPr>
          <w:rFonts w:ascii="Times New Roman" w:hAnsi="Times New Roman" w:cs="Times New Roman"/>
          <w:color w:val="auto"/>
          <w:sz w:val="32"/>
          <w:szCs w:val="32"/>
        </w:rPr>
        <w:t>Değerlendirilmesi</w:t>
      </w:r>
      <w:proofErr w:type="spellEnd"/>
      <w:r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Pr="007002BB">
        <w:rPr>
          <w:rFonts w:ascii="Times New Roman" w:hAnsi="Times New Roman" w:cs="Times New Roman"/>
          <w:color w:val="auto"/>
          <w:sz w:val="32"/>
          <w:szCs w:val="32"/>
        </w:rPr>
        <w:t>Takvimi</w:t>
      </w:r>
      <w:proofErr w:type="spellEnd"/>
      <w:r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– </w:t>
      </w:r>
      <w:r w:rsidR="00FC7B6D"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2026/2027 </w:t>
      </w:r>
      <w:proofErr w:type="spellStart"/>
      <w:r w:rsidR="00FC7B6D" w:rsidRPr="007002BB">
        <w:rPr>
          <w:rFonts w:ascii="Times New Roman" w:hAnsi="Times New Roman" w:cs="Times New Roman"/>
          <w:color w:val="auto"/>
          <w:sz w:val="32"/>
          <w:szCs w:val="32"/>
        </w:rPr>
        <w:t>Eğitim</w:t>
      </w:r>
      <w:proofErr w:type="spellEnd"/>
      <w:r w:rsidR="00FC7B6D"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="00FC7B6D" w:rsidRPr="007002BB">
        <w:rPr>
          <w:rFonts w:ascii="Times New Roman" w:hAnsi="Times New Roman" w:cs="Times New Roman"/>
          <w:color w:val="auto"/>
          <w:sz w:val="32"/>
          <w:szCs w:val="32"/>
        </w:rPr>
        <w:t>Öğretim</w:t>
      </w:r>
      <w:proofErr w:type="spellEnd"/>
      <w:r w:rsidR="00FC7B6D"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="00FC7B6D" w:rsidRPr="007002BB">
        <w:rPr>
          <w:rFonts w:ascii="Times New Roman" w:hAnsi="Times New Roman" w:cs="Times New Roman"/>
          <w:color w:val="auto"/>
          <w:sz w:val="32"/>
          <w:szCs w:val="32"/>
        </w:rPr>
        <w:t>Yılı</w:t>
      </w:r>
      <w:proofErr w:type="spellEnd"/>
      <w:r w:rsidR="00FC7B6D"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7002BB" w:rsidRPr="007002BB">
        <w:rPr>
          <w:rFonts w:ascii="Times New Roman" w:hAnsi="Times New Roman" w:cs="Times New Roman"/>
          <w:color w:val="auto"/>
          <w:sz w:val="32"/>
          <w:szCs w:val="32"/>
        </w:rPr>
        <w:t>Bahar</w:t>
      </w:r>
      <w:r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Pr="007002BB">
        <w:rPr>
          <w:rFonts w:ascii="Times New Roman" w:hAnsi="Times New Roman" w:cs="Times New Roman"/>
          <w:color w:val="auto"/>
          <w:sz w:val="32"/>
          <w:szCs w:val="32"/>
        </w:rPr>
        <w:t>Dönemi</w:t>
      </w:r>
      <w:proofErr w:type="spellEnd"/>
      <w:r w:rsidRPr="007002BB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bookmarkEnd w:id="0"/>
    <w:p w14:paraId="71BA9F95" w14:textId="1A293549" w:rsidR="00621729" w:rsidRPr="00A85C7F" w:rsidRDefault="00000000">
      <w:pPr>
        <w:rPr>
          <w:rFonts w:ascii="Times New Roman" w:hAnsi="Times New Roman" w:cs="Times New Roman"/>
          <w:sz w:val="24"/>
          <w:szCs w:val="24"/>
        </w:rPr>
      </w:pPr>
      <w:r w:rsidRPr="007002BB">
        <w:rPr>
          <w:rFonts w:ascii="Times New Roman" w:hAnsi="Times New Roman" w:cs="Times New Roman"/>
        </w:rPr>
        <w:t xml:space="preserve">• </w:t>
      </w:r>
      <w:r w:rsidRPr="00A85C7F">
        <w:rPr>
          <w:rFonts w:ascii="Times New Roman" w:hAnsi="Times New Roman" w:cs="Times New Roman"/>
          <w:sz w:val="24"/>
          <w:szCs w:val="24"/>
        </w:rPr>
        <w:t xml:space="preserve">Ders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Adı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İşletmede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Mesleki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="007002BB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2BB" w:rsidRPr="00A85C7F">
        <w:rPr>
          <w:rFonts w:ascii="Times New Roman" w:hAnsi="Times New Roman" w:cs="Times New Roman"/>
          <w:sz w:val="24"/>
          <w:szCs w:val="24"/>
        </w:rPr>
        <w:t>Uygulaması</w:t>
      </w:r>
      <w:proofErr w:type="spellEnd"/>
      <w:r w:rsidR="007002BB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2BB" w:rsidRPr="00A85C7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7002BB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2BB" w:rsidRPr="00A85C7F">
        <w:rPr>
          <w:rFonts w:ascii="Times New Roman" w:hAnsi="Times New Roman" w:cs="Times New Roman"/>
          <w:sz w:val="24"/>
          <w:szCs w:val="24"/>
        </w:rPr>
        <w:t>Değerlendir</w:t>
      </w:r>
      <w:r w:rsidR="0042560C">
        <w:rPr>
          <w:rFonts w:ascii="Times New Roman" w:hAnsi="Times New Roman" w:cs="Times New Roman"/>
          <w:sz w:val="24"/>
          <w:szCs w:val="24"/>
        </w:rPr>
        <w:t>il</w:t>
      </w:r>
      <w:r w:rsidR="007002BB" w:rsidRPr="00A85C7F">
        <w:rPr>
          <w:rFonts w:ascii="Times New Roman" w:hAnsi="Times New Roman" w:cs="Times New Roman"/>
          <w:sz w:val="24"/>
          <w:szCs w:val="24"/>
        </w:rPr>
        <w:t>mesi</w:t>
      </w:r>
      <w:proofErr w:type="spellEnd"/>
    </w:p>
    <w:p w14:paraId="1F890C78" w14:textId="43ECA44E" w:rsidR="00621729" w:rsidRPr="00A85C7F" w:rsidRDefault="00000000">
      <w:pPr>
        <w:rPr>
          <w:rFonts w:ascii="Times New Roman" w:hAnsi="Times New Roman" w:cs="Times New Roman"/>
          <w:sz w:val="24"/>
          <w:szCs w:val="24"/>
        </w:rPr>
      </w:pPr>
      <w:r w:rsidRPr="00A85C7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>: 202</w:t>
      </w:r>
      <w:r w:rsidR="00B13757" w:rsidRPr="00A85C7F">
        <w:rPr>
          <w:rFonts w:ascii="Times New Roman" w:hAnsi="Times New Roman" w:cs="Times New Roman"/>
          <w:sz w:val="24"/>
          <w:szCs w:val="24"/>
        </w:rPr>
        <w:t>6</w:t>
      </w:r>
      <w:r w:rsidRPr="00A85C7F">
        <w:rPr>
          <w:rFonts w:ascii="Times New Roman" w:hAnsi="Times New Roman" w:cs="Times New Roman"/>
          <w:sz w:val="24"/>
          <w:szCs w:val="24"/>
        </w:rPr>
        <w:t>–202</w:t>
      </w:r>
      <w:r w:rsidR="00B13757" w:rsidRPr="00A85C7F">
        <w:rPr>
          <w:rFonts w:ascii="Times New Roman" w:hAnsi="Times New Roman" w:cs="Times New Roman"/>
          <w:sz w:val="24"/>
          <w:szCs w:val="24"/>
        </w:rPr>
        <w:t xml:space="preserve">7 </w:t>
      </w:r>
      <w:r w:rsidR="007002BB" w:rsidRPr="00A85C7F">
        <w:rPr>
          <w:rFonts w:ascii="Times New Roman" w:hAnsi="Times New Roman" w:cs="Times New Roman"/>
          <w:sz w:val="24"/>
          <w:szCs w:val="24"/>
        </w:rPr>
        <w:t>Bahar</w:t>
      </w:r>
      <w:r w:rsidR="00257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01C73" w14:textId="4A815AF1" w:rsidR="00621729" w:rsidRPr="00A85C7F" w:rsidRDefault="00000000">
      <w:pPr>
        <w:rPr>
          <w:rFonts w:ascii="Times New Roman" w:hAnsi="Times New Roman" w:cs="Times New Roman"/>
          <w:sz w:val="24"/>
          <w:szCs w:val="24"/>
        </w:rPr>
      </w:pPr>
      <w:r w:rsidRPr="00A85C7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2AE">
        <w:rPr>
          <w:rFonts w:ascii="Times New Roman" w:hAnsi="Times New Roman" w:cs="Times New Roman"/>
          <w:sz w:val="24"/>
          <w:szCs w:val="24"/>
        </w:rPr>
        <w:t>Başlangıç</w:t>
      </w:r>
      <w:proofErr w:type="spellEnd"/>
      <w:r w:rsidR="00257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2AE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257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2AE">
        <w:rPr>
          <w:rFonts w:ascii="Times New Roman" w:hAnsi="Times New Roman" w:cs="Times New Roman"/>
          <w:sz w:val="24"/>
          <w:szCs w:val="24"/>
        </w:rPr>
        <w:t>Bitişi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: </w:t>
      </w:r>
      <w:r w:rsidR="007002BB" w:rsidRPr="00A85C7F">
        <w:rPr>
          <w:rFonts w:ascii="Times New Roman" w:hAnsi="Times New Roman" w:cs="Times New Roman"/>
          <w:sz w:val="24"/>
          <w:szCs w:val="24"/>
        </w:rPr>
        <w:t>1</w:t>
      </w:r>
      <w:r w:rsidR="00B13757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2BB" w:rsidRPr="00A85C7F">
        <w:rPr>
          <w:rFonts w:ascii="Times New Roman" w:hAnsi="Times New Roman" w:cs="Times New Roman"/>
          <w:sz w:val="24"/>
          <w:szCs w:val="24"/>
        </w:rPr>
        <w:t>Şubat</w:t>
      </w:r>
      <w:proofErr w:type="spellEnd"/>
      <w:r w:rsidR="007002BB" w:rsidRPr="00A85C7F">
        <w:rPr>
          <w:rFonts w:ascii="Times New Roman" w:hAnsi="Times New Roman" w:cs="Times New Roman"/>
          <w:sz w:val="24"/>
          <w:szCs w:val="24"/>
        </w:rPr>
        <w:t xml:space="preserve"> </w:t>
      </w:r>
      <w:r w:rsidR="002572AE">
        <w:rPr>
          <w:rFonts w:ascii="Times New Roman" w:hAnsi="Times New Roman" w:cs="Times New Roman"/>
          <w:sz w:val="24"/>
          <w:szCs w:val="24"/>
        </w:rPr>
        <w:t xml:space="preserve">-14 </w:t>
      </w:r>
      <w:proofErr w:type="spellStart"/>
      <w:r w:rsidR="002572AE">
        <w:rPr>
          <w:rFonts w:ascii="Times New Roman" w:hAnsi="Times New Roman" w:cs="Times New Roman"/>
          <w:sz w:val="24"/>
          <w:szCs w:val="24"/>
        </w:rPr>
        <w:t>Mayıs</w:t>
      </w:r>
      <w:proofErr w:type="spellEnd"/>
      <w:r w:rsidR="002572AE">
        <w:rPr>
          <w:rFonts w:ascii="Times New Roman" w:hAnsi="Times New Roman" w:cs="Times New Roman"/>
          <w:sz w:val="24"/>
          <w:szCs w:val="24"/>
        </w:rPr>
        <w:t xml:space="preserve"> </w:t>
      </w:r>
      <w:r w:rsidR="007002BB" w:rsidRPr="00A85C7F">
        <w:rPr>
          <w:rFonts w:ascii="Times New Roman" w:hAnsi="Times New Roman" w:cs="Times New Roman"/>
          <w:sz w:val="24"/>
          <w:szCs w:val="24"/>
        </w:rPr>
        <w:t>2027</w:t>
      </w:r>
    </w:p>
    <w:p w14:paraId="6A406534" w14:textId="77777777" w:rsidR="00621729" w:rsidRPr="00A85C7F" w:rsidRDefault="00000000">
      <w:pPr>
        <w:rPr>
          <w:rFonts w:ascii="Times New Roman" w:hAnsi="Times New Roman" w:cs="Times New Roman"/>
          <w:sz w:val="24"/>
          <w:szCs w:val="24"/>
        </w:rPr>
      </w:pPr>
      <w:r w:rsidRPr="00A85C7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Süresi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: 12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Hafta</w:t>
      </w:r>
      <w:proofErr w:type="spellEnd"/>
    </w:p>
    <w:p w14:paraId="43777EA4" w14:textId="77777777" w:rsidR="00621729" w:rsidRPr="00A85C7F" w:rsidRDefault="00000000">
      <w:pPr>
        <w:rPr>
          <w:rFonts w:ascii="Times New Roman" w:hAnsi="Times New Roman" w:cs="Times New Roman"/>
          <w:sz w:val="24"/>
          <w:szCs w:val="24"/>
        </w:rPr>
      </w:pPr>
      <w:r w:rsidRPr="00A85C7F">
        <w:rPr>
          <w:rFonts w:ascii="Times New Roman" w:hAnsi="Times New Roman" w:cs="Times New Roman"/>
          <w:sz w:val="24"/>
          <w:szCs w:val="24"/>
        </w:rPr>
        <w:t xml:space="preserve">• Toplam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Günü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: 48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gün</w:t>
      </w:r>
      <w:proofErr w:type="spellEnd"/>
    </w:p>
    <w:p w14:paraId="5A4231FE" w14:textId="77777777" w:rsidR="00621729" w:rsidRPr="00A85C7F" w:rsidRDefault="00000000">
      <w:pPr>
        <w:rPr>
          <w:rFonts w:ascii="Times New Roman" w:hAnsi="Times New Roman" w:cs="Times New Roman"/>
          <w:sz w:val="24"/>
          <w:szCs w:val="24"/>
        </w:rPr>
      </w:pPr>
      <w:r w:rsidRPr="00A85C7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Günlük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Süre: En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saat</w:t>
      </w:r>
      <w:proofErr w:type="spellEnd"/>
    </w:p>
    <w:p w14:paraId="3884C400" w14:textId="77777777" w:rsidR="00621729" w:rsidRPr="00A85C7F" w:rsidRDefault="00000000">
      <w:pPr>
        <w:rPr>
          <w:rFonts w:ascii="Times New Roman" w:hAnsi="Times New Roman" w:cs="Times New Roman"/>
          <w:sz w:val="24"/>
          <w:szCs w:val="24"/>
        </w:rPr>
      </w:pPr>
      <w:r w:rsidRPr="00A85C7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Haftalık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Gün: 4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gün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Salı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>–Cuma)</w:t>
      </w:r>
    </w:p>
    <w:p w14:paraId="58600EF6" w14:textId="7B5D4743" w:rsidR="00621729" w:rsidRPr="00A85C7F" w:rsidRDefault="00000000">
      <w:pPr>
        <w:rPr>
          <w:rFonts w:ascii="Times New Roman" w:hAnsi="Times New Roman" w:cs="Times New Roman"/>
          <w:sz w:val="24"/>
          <w:szCs w:val="24"/>
        </w:rPr>
      </w:pPr>
      <w:r w:rsidRPr="00A85C7F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Pazartesi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Fakültede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="00EA6AC0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günü</w:t>
      </w:r>
      <w:proofErr w:type="spellEnd"/>
      <w:r w:rsidR="00C50326" w:rsidRPr="00A85C7F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82AE0D6" w14:textId="1D8AB5B3" w:rsidR="00621729" w:rsidRPr="00A85C7F" w:rsidRDefault="00000000">
      <w:pPr>
        <w:pStyle w:val="Balk2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 w:rsidRPr="00A85C7F">
        <w:rPr>
          <w:sz w:val="24"/>
          <w:szCs w:val="24"/>
        </w:rPr>
        <w:t xml:space="preserve"> </w:t>
      </w:r>
      <w:r w:rsidRPr="00A85C7F">
        <w:rPr>
          <w:rFonts w:ascii="Times New Roman" w:hAnsi="Times New Roman" w:cs="Times New Roman"/>
          <w:color w:val="auto"/>
          <w:sz w:val="24"/>
          <w:szCs w:val="24"/>
        </w:rPr>
        <w:t xml:space="preserve">A. </w:t>
      </w:r>
      <w:proofErr w:type="spellStart"/>
      <w:r w:rsidRPr="00A85C7F">
        <w:rPr>
          <w:rFonts w:ascii="Times New Roman" w:hAnsi="Times New Roman" w:cs="Times New Roman"/>
          <w:color w:val="auto"/>
          <w:sz w:val="24"/>
          <w:szCs w:val="24"/>
        </w:rPr>
        <w:t>Başvuru</w:t>
      </w:r>
      <w:proofErr w:type="spellEnd"/>
      <w:r w:rsidRPr="00A85C7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color w:val="auto"/>
          <w:sz w:val="24"/>
          <w:szCs w:val="24"/>
        </w:rPr>
        <w:t>ve</w:t>
      </w:r>
      <w:proofErr w:type="spellEnd"/>
      <w:r w:rsidRPr="00A85C7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color w:val="auto"/>
          <w:sz w:val="24"/>
          <w:szCs w:val="24"/>
        </w:rPr>
        <w:t>Belgelerin</w:t>
      </w:r>
      <w:proofErr w:type="spellEnd"/>
      <w:r w:rsidRPr="00A85C7F">
        <w:rPr>
          <w:rFonts w:ascii="Times New Roman" w:hAnsi="Times New Roman" w:cs="Times New Roman"/>
          <w:color w:val="auto"/>
          <w:sz w:val="24"/>
          <w:szCs w:val="24"/>
        </w:rPr>
        <w:t xml:space="preserve"> Teslim </w:t>
      </w:r>
      <w:proofErr w:type="spellStart"/>
      <w:r w:rsidRPr="00A85C7F">
        <w:rPr>
          <w:rFonts w:ascii="Times New Roman" w:hAnsi="Times New Roman" w:cs="Times New Roman"/>
          <w:color w:val="auto"/>
          <w:sz w:val="24"/>
          <w:szCs w:val="24"/>
        </w:rPr>
        <w:t>Süreci</w:t>
      </w:r>
      <w:proofErr w:type="spellEnd"/>
      <w:r w:rsidR="007002BB" w:rsidRPr="00A85C7F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EA6AC0" w:rsidRPr="007002BB" w14:paraId="32760523" w14:textId="77777777">
        <w:tc>
          <w:tcPr>
            <w:tcW w:w="0" w:type="auto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79"/>
              <w:gridCol w:w="6225"/>
            </w:tblGrid>
            <w:tr w:rsidR="007002BB" w:rsidRPr="007002BB" w14:paraId="1E727E50" w14:textId="77777777" w:rsidTr="007002BB">
              <w:trPr>
                <w:cantSplit/>
                <w:tblHeader/>
                <w:jc w:val="center"/>
              </w:trPr>
              <w:tc>
                <w:tcPr>
                  <w:tcW w:w="2494" w:type="dxa"/>
                  <w:shd w:val="clear" w:color="auto" w:fill="FFFFFF" w:themeFill="background1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9F060A2" w14:textId="77777777" w:rsidR="007002BB" w:rsidRPr="007002BB" w:rsidRDefault="007002BB" w:rsidP="007002BB">
                  <w:pPr>
                    <w:spacing w:before="20" w:after="2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002BB">
                    <w:rPr>
                      <w:rFonts w:ascii="Times New Roman" w:hAnsi="Times New Roman" w:cs="Times New Roman"/>
                      <w:b/>
                    </w:rPr>
                    <w:t>Tarih</w:t>
                  </w:r>
                </w:p>
              </w:tc>
              <w:tc>
                <w:tcPr>
                  <w:tcW w:w="7370" w:type="dxa"/>
                  <w:shd w:val="clear" w:color="auto" w:fill="FFFFFF" w:themeFill="background1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5B7FD05" w14:textId="77777777" w:rsidR="007002BB" w:rsidRPr="007002BB" w:rsidRDefault="007002BB" w:rsidP="007002BB">
                  <w:pPr>
                    <w:spacing w:before="20" w:after="2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7002BB">
                    <w:rPr>
                      <w:rFonts w:ascii="Times New Roman" w:hAnsi="Times New Roman" w:cs="Times New Roman"/>
                      <w:b/>
                    </w:rPr>
                    <w:t>İşlem</w:t>
                  </w:r>
                  <w:proofErr w:type="spellEnd"/>
                </w:p>
              </w:tc>
            </w:tr>
            <w:tr w:rsidR="007002BB" w:rsidRPr="007002BB" w14:paraId="35AADD1F" w14:textId="77777777" w:rsidTr="007002BB">
              <w:trPr>
                <w:cantSplit/>
                <w:jc w:val="center"/>
              </w:trPr>
              <w:tc>
                <w:tcPr>
                  <w:tcW w:w="2494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9648035" w14:textId="77777777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002BB">
                    <w:rPr>
                      <w:rFonts w:ascii="Times New Roman" w:hAnsi="Times New Roman" w:cs="Times New Roman"/>
                    </w:rPr>
                    <w:t xml:space="preserve">30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Kasım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–4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Aralık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2026</w:t>
                  </w:r>
                </w:p>
              </w:tc>
              <w:tc>
                <w:tcPr>
                  <w:tcW w:w="737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F972D20" w14:textId="77777777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002BB">
                    <w:rPr>
                      <w:rFonts w:ascii="Times New Roman" w:hAnsi="Times New Roman" w:cs="Times New Roman"/>
                    </w:rPr>
                    <w:t xml:space="preserve">Bahar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dönemi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İŞME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duyurusunun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yapılması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ve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öğrencilerin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bilgilendirilmesi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7002BB" w:rsidRPr="007002BB" w14:paraId="0DBEC1B2" w14:textId="77777777" w:rsidTr="007002BB">
              <w:trPr>
                <w:cantSplit/>
                <w:jc w:val="center"/>
              </w:trPr>
              <w:tc>
                <w:tcPr>
                  <w:tcW w:w="2494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6F1C673" w14:textId="77777777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002BB">
                    <w:rPr>
                      <w:rFonts w:ascii="Times New Roman" w:hAnsi="Times New Roman" w:cs="Times New Roman"/>
                    </w:rPr>
                    <w:t xml:space="preserve">7–18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Aralık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2026</w:t>
                  </w:r>
                </w:p>
              </w:tc>
              <w:tc>
                <w:tcPr>
                  <w:tcW w:w="737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45721F7" w14:textId="77777777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002BB">
                    <w:rPr>
                      <w:rFonts w:ascii="Times New Roman" w:hAnsi="Times New Roman" w:cs="Times New Roman"/>
                    </w:rPr>
                    <w:t xml:space="preserve">İŞME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başvuru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dilekçelerinin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ve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işletme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kabul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belgelerinin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teslimi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.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Dilekçe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için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son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gün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: 18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Aralık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2026 Cuma.</w:t>
                  </w:r>
                </w:p>
              </w:tc>
            </w:tr>
            <w:tr w:rsidR="007002BB" w:rsidRPr="007002BB" w14:paraId="6D078D21" w14:textId="77777777" w:rsidTr="007002BB">
              <w:trPr>
                <w:cantSplit/>
                <w:jc w:val="center"/>
              </w:trPr>
              <w:tc>
                <w:tcPr>
                  <w:tcW w:w="2494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A198FA5" w14:textId="77777777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002BB">
                    <w:rPr>
                      <w:rFonts w:ascii="Times New Roman" w:hAnsi="Times New Roman" w:cs="Times New Roman"/>
                    </w:rPr>
                    <w:t xml:space="preserve">21–25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Aralık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2026</w:t>
                  </w:r>
                </w:p>
              </w:tc>
              <w:tc>
                <w:tcPr>
                  <w:tcW w:w="737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1A89FCE" w14:textId="4275A276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Başvuruların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ve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işletme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uygunluğunun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değerlendirilmesi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eksik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belgelerin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öğrencilere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bildirilmesi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7002BB" w:rsidRPr="007002BB" w14:paraId="5C00AD18" w14:textId="77777777" w:rsidTr="007002BB">
              <w:trPr>
                <w:cantSplit/>
                <w:jc w:val="center"/>
              </w:trPr>
              <w:tc>
                <w:tcPr>
                  <w:tcW w:w="2494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55BE2F63" w14:textId="77777777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002BB">
                    <w:rPr>
                      <w:rFonts w:ascii="Times New Roman" w:hAnsi="Times New Roman" w:cs="Times New Roman"/>
                    </w:rPr>
                    <w:t xml:space="preserve">28–30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Aralık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2026</w:t>
                  </w:r>
                </w:p>
              </w:tc>
              <w:tc>
                <w:tcPr>
                  <w:tcW w:w="737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C2CC14D" w14:textId="77777777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Eksik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belgelerin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tamamlanması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ve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uygulamaya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katılacak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öğrenci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listesinin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kesinleştirilmesi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. Son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gün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: 30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Aralık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2026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Çarşamba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7002BB" w:rsidRPr="007002BB" w14:paraId="6BFC3B47" w14:textId="77777777" w:rsidTr="007002BB">
              <w:trPr>
                <w:cantSplit/>
                <w:jc w:val="center"/>
              </w:trPr>
              <w:tc>
                <w:tcPr>
                  <w:tcW w:w="2494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0FD50F4" w14:textId="77777777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002BB">
                    <w:rPr>
                      <w:rFonts w:ascii="Times New Roman" w:hAnsi="Times New Roman" w:cs="Times New Roman"/>
                    </w:rPr>
                    <w:t>4–29 Ocak 2027</w:t>
                  </w:r>
                </w:p>
              </w:tc>
              <w:tc>
                <w:tcPr>
                  <w:tcW w:w="737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1177550" w14:textId="5D34879C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İşletmelerle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takvimin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paylaşılması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ve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sigorta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işlemlerinin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="00B11D89">
                    <w:rPr>
                      <w:rFonts w:ascii="Times New Roman" w:hAnsi="Times New Roman" w:cs="Times New Roman"/>
                    </w:rPr>
                    <w:t>dersin</w:t>
                  </w:r>
                  <w:proofErr w:type="spellEnd"/>
                  <w:r w:rsidR="00B11D89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="00B11D89">
                    <w:rPr>
                      <w:rFonts w:ascii="Times New Roman" w:hAnsi="Times New Roman" w:cs="Times New Roman"/>
                    </w:rPr>
                    <w:t>yürütücü</w:t>
                  </w:r>
                  <w:proofErr w:type="spellEnd"/>
                  <w:r w:rsidR="00B11D89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="00B11D89">
                    <w:rPr>
                      <w:rFonts w:ascii="Times New Roman" w:hAnsi="Times New Roman" w:cs="Times New Roman"/>
                    </w:rPr>
                    <w:t>öğretim</w:t>
                  </w:r>
                  <w:proofErr w:type="spellEnd"/>
                  <w:r w:rsidR="00B11D89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="00B11D89">
                    <w:rPr>
                      <w:rFonts w:ascii="Times New Roman" w:hAnsi="Times New Roman" w:cs="Times New Roman"/>
                    </w:rPr>
                    <w:t>elemanı</w:t>
                  </w:r>
                  <w:proofErr w:type="spellEnd"/>
                  <w:r w:rsidR="00B11D89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="00B11D89">
                    <w:rPr>
                      <w:rFonts w:ascii="Times New Roman" w:hAnsi="Times New Roman" w:cs="Times New Roman"/>
                    </w:rPr>
                    <w:t>tarafından</w:t>
                  </w:r>
                  <w:proofErr w:type="spellEnd"/>
                  <w:r w:rsidR="00B11D89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uygulama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başlamadan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önce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tamamlanması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7002BB" w:rsidRPr="007002BB" w14:paraId="724CBDA7" w14:textId="77777777" w:rsidTr="007002BB">
              <w:trPr>
                <w:cantSplit/>
                <w:jc w:val="center"/>
              </w:trPr>
              <w:tc>
                <w:tcPr>
                  <w:tcW w:w="2494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67AFBFE" w14:textId="77777777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7002BB">
                    <w:rPr>
                      <w:rFonts w:ascii="Times New Roman" w:hAnsi="Times New Roman" w:cs="Times New Roman"/>
                    </w:rPr>
                    <w:t xml:space="preserve">1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Şubat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2027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Pazartesi</w:t>
                  </w:r>
                  <w:proofErr w:type="spellEnd"/>
                </w:p>
              </w:tc>
              <w:tc>
                <w:tcPr>
                  <w:tcW w:w="7370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7221A02" w14:textId="100A89B9" w:rsidR="007002BB" w:rsidRPr="007002BB" w:rsidRDefault="007002BB" w:rsidP="007002BB">
                  <w:pPr>
                    <w:spacing w:before="20" w:after="2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Sorumlu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öğretim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elemanı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tarafından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oryantasyon</w:t>
                  </w:r>
                  <w:proofErr w:type="spellEnd"/>
                  <w:r w:rsidR="00B11D89">
                    <w:rPr>
                      <w:rFonts w:ascii="Times New Roman" w:hAnsi="Times New Roman" w:cs="Times New Roman"/>
                    </w:rPr>
                    <w:t>,</w:t>
                  </w:r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devam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iş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güvenliği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haftalık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onay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ve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değerlendirme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süreçlerinin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7002BB">
                    <w:rPr>
                      <w:rFonts w:ascii="Times New Roman" w:hAnsi="Times New Roman" w:cs="Times New Roman"/>
                    </w:rPr>
                    <w:t>açıklanması</w:t>
                  </w:r>
                  <w:proofErr w:type="spellEnd"/>
                  <w:r w:rsidRPr="007002BB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</w:tbl>
          <w:p w14:paraId="3B0E6644" w14:textId="77777777" w:rsidR="00EA6AC0" w:rsidRPr="007002BB" w:rsidRDefault="00EA6AC0" w:rsidP="007002B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C916F63" w14:textId="6E504EAA" w:rsidR="007002BB" w:rsidRPr="007002BB" w:rsidRDefault="007002BB" w:rsidP="007002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* </w:t>
      </w:r>
      <w:proofErr w:type="spellStart"/>
      <w:r w:rsidRPr="00A85C7F">
        <w:rPr>
          <w:rFonts w:ascii="Times New Roman" w:hAnsi="Times New Roman" w:cs="Times New Roman"/>
          <w:highlight w:val="yellow"/>
        </w:rPr>
        <w:t>İşletme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kabul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belgeleri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ıslak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imzalı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ve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kaşeli</w:t>
      </w:r>
      <w:proofErr w:type="spellEnd"/>
      <w:r w:rsidR="00077C03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olarak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teslim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alınmalıdır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. </w:t>
      </w:r>
      <w:proofErr w:type="spellStart"/>
      <w:r w:rsidRPr="00A85C7F">
        <w:rPr>
          <w:rFonts w:ascii="Times New Roman" w:hAnsi="Times New Roman" w:cs="Times New Roman"/>
          <w:highlight w:val="yellow"/>
        </w:rPr>
        <w:t>Sigorta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kapsamı</w:t>
      </w:r>
      <w:proofErr w:type="spellEnd"/>
      <w:r w:rsidR="00077C03">
        <w:rPr>
          <w:rFonts w:ascii="Times New Roman" w:hAnsi="Times New Roman" w:cs="Times New Roman"/>
          <w:highlight w:val="yellow"/>
        </w:rPr>
        <w:t xml:space="preserve"> </w:t>
      </w:r>
      <w:r w:rsidRPr="00A85C7F">
        <w:rPr>
          <w:rFonts w:ascii="Times New Roman" w:hAnsi="Times New Roman" w:cs="Times New Roman"/>
          <w:highlight w:val="yellow"/>
        </w:rPr>
        <w:t>2 Şu</w:t>
      </w:r>
      <w:proofErr w:type="spellStart"/>
      <w:r w:rsidRPr="00A85C7F">
        <w:rPr>
          <w:rFonts w:ascii="Times New Roman" w:hAnsi="Times New Roman" w:cs="Times New Roman"/>
          <w:highlight w:val="yellow"/>
        </w:rPr>
        <w:t>bat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–14 </w:t>
      </w:r>
      <w:proofErr w:type="spellStart"/>
      <w:r w:rsidRPr="00A85C7F">
        <w:rPr>
          <w:rFonts w:ascii="Times New Roman" w:hAnsi="Times New Roman" w:cs="Times New Roman"/>
          <w:highlight w:val="yellow"/>
        </w:rPr>
        <w:t>Mayıs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2027 </w:t>
      </w:r>
      <w:proofErr w:type="spellStart"/>
      <w:r w:rsidRPr="00A85C7F">
        <w:rPr>
          <w:rFonts w:ascii="Times New Roman" w:hAnsi="Times New Roman" w:cs="Times New Roman"/>
          <w:highlight w:val="yellow"/>
        </w:rPr>
        <w:t>dikkate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alınarak</w:t>
      </w:r>
      <w:proofErr w:type="spellEnd"/>
      <w:r w:rsidR="00077C03">
        <w:rPr>
          <w:rFonts w:ascii="Times New Roman" w:hAnsi="Times New Roman" w:cs="Times New Roman"/>
          <w:highlight w:val="yellow"/>
        </w:rPr>
        <w:t>,</w:t>
      </w:r>
      <w:r w:rsidRPr="00A85C7F">
        <w:rPr>
          <w:rFonts w:ascii="Times New Roman" w:hAnsi="Times New Roman" w:cs="Times New Roman"/>
          <w:highlight w:val="yellow"/>
        </w:rPr>
        <w:t xml:space="preserve"> İŞME </w:t>
      </w:r>
      <w:proofErr w:type="spellStart"/>
      <w:r w:rsidRPr="00A85C7F">
        <w:rPr>
          <w:rFonts w:ascii="Times New Roman" w:hAnsi="Times New Roman" w:cs="Times New Roman"/>
          <w:highlight w:val="yellow"/>
        </w:rPr>
        <w:t>dersinin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yürütücüsü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öğretim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elemanı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tarafından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sisteme</w:t>
      </w:r>
      <w:proofErr w:type="spellEnd"/>
      <w:r w:rsidRPr="00A85C7F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A85C7F">
        <w:rPr>
          <w:rFonts w:ascii="Times New Roman" w:hAnsi="Times New Roman" w:cs="Times New Roman"/>
          <w:highlight w:val="yellow"/>
        </w:rPr>
        <w:t>işlenmelidir</w:t>
      </w:r>
      <w:proofErr w:type="spellEnd"/>
      <w:r w:rsidRPr="00A85C7F">
        <w:rPr>
          <w:rFonts w:ascii="Times New Roman" w:hAnsi="Times New Roman" w:cs="Times New Roman"/>
          <w:highlight w:val="yellow"/>
        </w:rPr>
        <w:t>.</w:t>
      </w:r>
    </w:p>
    <w:p w14:paraId="2CC56B02" w14:textId="1CB8D26E" w:rsidR="007002BB" w:rsidRPr="007002BB" w:rsidRDefault="007002BB" w:rsidP="007002BB">
      <w:pPr>
        <w:jc w:val="both"/>
        <w:rPr>
          <w:vertAlign w:val="superscript"/>
        </w:rPr>
      </w:pPr>
    </w:p>
    <w:p w14:paraId="35EC927B" w14:textId="77777777" w:rsidR="007002BB" w:rsidRPr="00EA6AC0" w:rsidRDefault="007002BB" w:rsidP="007002BB">
      <w:pPr>
        <w:jc w:val="both"/>
      </w:pPr>
    </w:p>
    <w:p w14:paraId="6F9E5FD2" w14:textId="0CD13796" w:rsidR="00621729" w:rsidRPr="00A85C7F" w:rsidRDefault="00000000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>
        <w:t xml:space="preserve"> </w:t>
      </w:r>
      <w:r w:rsidRPr="00A85C7F">
        <w:rPr>
          <w:rFonts w:ascii="Times New Roman" w:hAnsi="Times New Roman" w:cs="Times New Roman"/>
          <w:color w:val="auto"/>
          <w:sz w:val="24"/>
          <w:szCs w:val="24"/>
        </w:rPr>
        <w:t xml:space="preserve">B. </w:t>
      </w:r>
      <w:proofErr w:type="spellStart"/>
      <w:r w:rsidRPr="00A85C7F">
        <w:rPr>
          <w:rFonts w:ascii="Times New Roman" w:hAnsi="Times New Roman" w:cs="Times New Roman"/>
          <w:color w:val="auto"/>
          <w:sz w:val="24"/>
          <w:szCs w:val="24"/>
        </w:rPr>
        <w:t>Uygulama</w:t>
      </w:r>
      <w:proofErr w:type="spellEnd"/>
      <w:r w:rsidRPr="00A85C7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color w:val="auto"/>
          <w:sz w:val="24"/>
          <w:szCs w:val="24"/>
        </w:rPr>
        <w:t>Dönemi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621729" w14:paraId="71E9224C" w14:textId="77777777" w:rsidTr="007002BB">
        <w:tc>
          <w:tcPr>
            <w:tcW w:w="2876" w:type="dxa"/>
          </w:tcPr>
          <w:p w14:paraId="29CEE756" w14:textId="77777777" w:rsidR="00621729" w:rsidRPr="00A85C7F" w:rsidRDefault="00000000" w:rsidP="00EA6A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85C7F">
              <w:rPr>
                <w:rFonts w:ascii="Times New Roman" w:hAnsi="Times New Roman" w:cs="Times New Roman"/>
                <w:b/>
                <w:bCs/>
              </w:rPr>
              <w:t>Hafta</w:t>
            </w:r>
            <w:proofErr w:type="spellEnd"/>
          </w:p>
        </w:tc>
        <w:tc>
          <w:tcPr>
            <w:tcW w:w="2876" w:type="dxa"/>
          </w:tcPr>
          <w:p w14:paraId="018DA563" w14:textId="77777777" w:rsidR="00621729" w:rsidRPr="00A85C7F" w:rsidRDefault="00000000" w:rsidP="00EA6A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5C7F">
              <w:rPr>
                <w:rFonts w:ascii="Times New Roman" w:hAnsi="Times New Roman" w:cs="Times New Roman"/>
                <w:b/>
                <w:bCs/>
              </w:rPr>
              <w:t>Tarih Aralığı</w:t>
            </w:r>
          </w:p>
        </w:tc>
        <w:tc>
          <w:tcPr>
            <w:tcW w:w="2878" w:type="dxa"/>
          </w:tcPr>
          <w:p w14:paraId="320E83F5" w14:textId="77777777" w:rsidR="00621729" w:rsidRPr="00A85C7F" w:rsidRDefault="00000000" w:rsidP="00EA6A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85C7F">
              <w:rPr>
                <w:rFonts w:ascii="Times New Roman" w:hAnsi="Times New Roman" w:cs="Times New Roman"/>
                <w:b/>
                <w:bCs/>
              </w:rPr>
              <w:t>Açıklama</w:t>
            </w:r>
            <w:proofErr w:type="spellEnd"/>
          </w:p>
        </w:tc>
      </w:tr>
      <w:tr w:rsidR="00621729" w14:paraId="4F3AE4BD" w14:textId="77777777" w:rsidTr="007002BB">
        <w:tc>
          <w:tcPr>
            <w:tcW w:w="2876" w:type="dxa"/>
          </w:tcPr>
          <w:p w14:paraId="45D62BE1" w14:textId="61CFAE61" w:rsidR="00621729" w:rsidRPr="00A85C7F" w:rsidRDefault="00CB54BF" w:rsidP="00EA6AC0">
            <w:pPr>
              <w:jc w:val="center"/>
              <w:rPr>
                <w:rFonts w:ascii="Times New Roman" w:hAnsi="Times New Roman" w:cs="Times New Roman"/>
              </w:rPr>
            </w:pPr>
            <w:r w:rsidRPr="00A85C7F">
              <w:rPr>
                <w:rFonts w:ascii="Times New Roman" w:hAnsi="Times New Roman" w:cs="Times New Roman"/>
              </w:rPr>
              <w:t>1</w:t>
            </w:r>
            <w:r w:rsidR="00A85C7F" w:rsidRPr="00A85C7F">
              <w:rPr>
                <w:rFonts w:ascii="Times New Roman" w:hAnsi="Times New Roman" w:cs="Times New Roman"/>
              </w:rPr>
              <w:t>.</w:t>
            </w:r>
            <w:r w:rsidRPr="00A85C7F">
              <w:rPr>
                <w:rFonts w:ascii="Times New Roman" w:hAnsi="Times New Roman" w:cs="Times New Roman"/>
              </w:rPr>
              <w:t>–11</w:t>
            </w:r>
            <w:r w:rsidR="00A85C7F" w:rsidRPr="00A85C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76" w:type="dxa"/>
          </w:tcPr>
          <w:p w14:paraId="445E3E84" w14:textId="3D4F67A7" w:rsidR="00621729" w:rsidRPr="00A85C7F" w:rsidRDefault="00A85C7F" w:rsidP="00EA6AC0">
            <w:pPr>
              <w:jc w:val="center"/>
              <w:rPr>
                <w:rFonts w:ascii="Times New Roman" w:hAnsi="Times New Roman" w:cs="Times New Roman"/>
              </w:rPr>
            </w:pPr>
            <w:r w:rsidRPr="00A85C7F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A85C7F">
              <w:rPr>
                <w:rFonts w:ascii="Times New Roman" w:hAnsi="Times New Roman" w:cs="Times New Roman"/>
              </w:rPr>
              <w:t>Şubat</w:t>
            </w:r>
            <w:proofErr w:type="spellEnd"/>
            <w:r w:rsidRPr="00A85C7F">
              <w:rPr>
                <w:rFonts w:ascii="Times New Roman" w:hAnsi="Times New Roman" w:cs="Times New Roman"/>
              </w:rPr>
              <w:t>- 22 Nisan</w:t>
            </w:r>
            <w:r w:rsidR="008F3A02">
              <w:rPr>
                <w:rFonts w:ascii="Times New Roman" w:hAnsi="Times New Roman" w:cs="Times New Roman"/>
              </w:rPr>
              <w:t xml:space="preserve"> </w:t>
            </w:r>
            <w:r w:rsidRPr="00A85C7F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878" w:type="dxa"/>
          </w:tcPr>
          <w:p w14:paraId="6E911761" w14:textId="13A6B409" w:rsidR="00621729" w:rsidRPr="00A85C7F" w:rsidRDefault="00000000" w:rsidP="00EA6AC0">
            <w:pPr>
              <w:jc w:val="center"/>
              <w:rPr>
                <w:rFonts w:ascii="Times New Roman" w:hAnsi="Times New Roman" w:cs="Times New Roman"/>
              </w:rPr>
            </w:pPr>
            <w:r w:rsidRPr="00A85C7F">
              <w:rPr>
                <w:rFonts w:ascii="Times New Roman" w:hAnsi="Times New Roman" w:cs="Times New Roman"/>
              </w:rPr>
              <w:t xml:space="preserve">Her </w:t>
            </w:r>
            <w:proofErr w:type="spellStart"/>
            <w:r w:rsidRPr="00A85C7F">
              <w:rPr>
                <w:rFonts w:ascii="Times New Roman" w:hAnsi="Times New Roman" w:cs="Times New Roman"/>
              </w:rPr>
              <w:t>hafta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C7F">
              <w:rPr>
                <w:rFonts w:ascii="Times New Roman" w:hAnsi="Times New Roman" w:cs="Times New Roman"/>
              </w:rPr>
              <w:t>Salı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–Cuma </w:t>
            </w:r>
            <w:proofErr w:type="spellStart"/>
            <w:r w:rsidRPr="00A85C7F">
              <w:rPr>
                <w:rFonts w:ascii="Times New Roman" w:hAnsi="Times New Roman" w:cs="Times New Roman"/>
              </w:rPr>
              <w:t>günleri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C7F">
              <w:rPr>
                <w:rFonts w:ascii="Times New Roman" w:hAnsi="Times New Roman" w:cs="Times New Roman"/>
              </w:rPr>
              <w:t>işletmede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C7F">
              <w:rPr>
                <w:rFonts w:ascii="Times New Roman" w:hAnsi="Times New Roman" w:cs="Times New Roman"/>
              </w:rPr>
              <w:t>uygulama</w:t>
            </w:r>
            <w:proofErr w:type="spellEnd"/>
            <w:r w:rsidR="006123B7" w:rsidRPr="00A85C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85C7F">
              <w:rPr>
                <w:rFonts w:ascii="Times New Roman" w:hAnsi="Times New Roman" w:cs="Times New Roman"/>
              </w:rPr>
              <w:t>Pazartesi</w:t>
            </w:r>
            <w:proofErr w:type="spellEnd"/>
            <w:r w:rsidR="00D117B7"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117B7" w:rsidRPr="00A85C7F">
              <w:rPr>
                <w:rFonts w:ascii="Times New Roman" w:hAnsi="Times New Roman" w:cs="Times New Roman"/>
              </w:rPr>
              <w:t>günleri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C7F">
              <w:rPr>
                <w:rFonts w:ascii="Times New Roman" w:hAnsi="Times New Roman" w:cs="Times New Roman"/>
              </w:rPr>
              <w:t>okulda</w:t>
            </w:r>
            <w:proofErr w:type="spellEnd"/>
            <w:r w:rsidR="00266E44"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117B7" w:rsidRPr="00A85C7F">
              <w:rPr>
                <w:rFonts w:ascii="Times New Roman" w:hAnsi="Times New Roman" w:cs="Times New Roman"/>
              </w:rPr>
              <w:t>ders</w:t>
            </w:r>
            <w:proofErr w:type="spellEnd"/>
            <w:r w:rsidR="00D117B7"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117B7" w:rsidRPr="00A85C7F">
              <w:rPr>
                <w:rFonts w:ascii="Times New Roman" w:hAnsi="Times New Roman" w:cs="Times New Roman"/>
              </w:rPr>
              <w:t>ve</w:t>
            </w:r>
            <w:proofErr w:type="spellEnd"/>
            <w:r w:rsidR="00D117B7"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117B7" w:rsidRPr="00A85C7F">
              <w:rPr>
                <w:rFonts w:ascii="Times New Roman" w:hAnsi="Times New Roman" w:cs="Times New Roman"/>
              </w:rPr>
              <w:t>uygulama</w:t>
            </w:r>
            <w:proofErr w:type="spellEnd"/>
            <w:r w:rsidR="00D117B7"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117B7" w:rsidRPr="00A85C7F">
              <w:rPr>
                <w:rFonts w:ascii="Times New Roman" w:hAnsi="Times New Roman" w:cs="Times New Roman"/>
              </w:rPr>
              <w:t>değerlendirmesi</w:t>
            </w:r>
            <w:proofErr w:type="spellEnd"/>
            <w:r w:rsidR="00266E44" w:rsidRPr="00A85C7F">
              <w:rPr>
                <w:rFonts w:ascii="Times New Roman" w:hAnsi="Times New Roman" w:cs="Times New Roman"/>
              </w:rPr>
              <w:t>.</w:t>
            </w:r>
          </w:p>
        </w:tc>
      </w:tr>
      <w:tr w:rsidR="00621729" w14:paraId="7DC1F3A1" w14:textId="77777777" w:rsidTr="007002BB">
        <w:tc>
          <w:tcPr>
            <w:tcW w:w="2876" w:type="dxa"/>
          </w:tcPr>
          <w:p w14:paraId="21661448" w14:textId="7761B4B9" w:rsidR="00621729" w:rsidRPr="00A85C7F" w:rsidRDefault="00000000" w:rsidP="00EA6AC0">
            <w:pPr>
              <w:jc w:val="center"/>
              <w:rPr>
                <w:rFonts w:ascii="Times New Roman" w:hAnsi="Times New Roman" w:cs="Times New Roman"/>
              </w:rPr>
            </w:pPr>
            <w:r w:rsidRPr="00A85C7F">
              <w:rPr>
                <w:rFonts w:ascii="Times New Roman" w:hAnsi="Times New Roman" w:cs="Times New Roman"/>
              </w:rPr>
              <w:t>12</w:t>
            </w:r>
            <w:r w:rsidR="00A85C7F" w:rsidRPr="00A85C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76" w:type="dxa"/>
          </w:tcPr>
          <w:p w14:paraId="6424DE07" w14:textId="66104EEA" w:rsidR="00621729" w:rsidRPr="00A85C7F" w:rsidRDefault="00A85C7F" w:rsidP="00EA6AC0">
            <w:pPr>
              <w:jc w:val="center"/>
              <w:rPr>
                <w:rFonts w:ascii="Times New Roman" w:hAnsi="Times New Roman" w:cs="Times New Roman"/>
              </w:rPr>
            </w:pPr>
            <w:r w:rsidRPr="00A85C7F">
              <w:rPr>
                <w:rFonts w:ascii="Times New Roman" w:hAnsi="Times New Roman" w:cs="Times New Roman"/>
              </w:rPr>
              <w:t>27–30 Nisan 2027</w:t>
            </w:r>
          </w:p>
        </w:tc>
        <w:tc>
          <w:tcPr>
            <w:tcW w:w="2878" w:type="dxa"/>
          </w:tcPr>
          <w:p w14:paraId="7566A482" w14:textId="77777777" w:rsidR="00621729" w:rsidRPr="00A85C7F" w:rsidRDefault="00000000" w:rsidP="00EA6AC0">
            <w:pPr>
              <w:jc w:val="center"/>
              <w:rPr>
                <w:rFonts w:ascii="Times New Roman" w:hAnsi="Times New Roman" w:cs="Times New Roman"/>
              </w:rPr>
            </w:pPr>
            <w:r w:rsidRPr="00A85C7F">
              <w:rPr>
                <w:rFonts w:ascii="Times New Roman" w:hAnsi="Times New Roman" w:cs="Times New Roman"/>
              </w:rPr>
              <w:t xml:space="preserve">Son </w:t>
            </w:r>
            <w:proofErr w:type="spellStart"/>
            <w:r w:rsidRPr="00A85C7F">
              <w:rPr>
                <w:rFonts w:ascii="Times New Roman" w:hAnsi="Times New Roman" w:cs="Times New Roman"/>
              </w:rPr>
              <w:t>uygulama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C7F">
              <w:rPr>
                <w:rFonts w:ascii="Times New Roman" w:hAnsi="Times New Roman" w:cs="Times New Roman"/>
              </w:rPr>
              <w:t>haftası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C7F">
              <w:rPr>
                <w:rFonts w:ascii="Times New Roman" w:hAnsi="Times New Roman" w:cs="Times New Roman"/>
              </w:rPr>
              <w:t>ve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C7F">
              <w:rPr>
                <w:rFonts w:ascii="Times New Roman" w:hAnsi="Times New Roman" w:cs="Times New Roman"/>
              </w:rPr>
              <w:t>staj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C7F">
              <w:rPr>
                <w:rFonts w:ascii="Times New Roman" w:hAnsi="Times New Roman" w:cs="Times New Roman"/>
              </w:rPr>
              <w:t>defterinin</w:t>
            </w:r>
            <w:proofErr w:type="spellEnd"/>
            <w:r w:rsidRPr="00A85C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5C7F">
              <w:rPr>
                <w:rFonts w:ascii="Times New Roman" w:hAnsi="Times New Roman" w:cs="Times New Roman"/>
              </w:rPr>
              <w:t>tamamlanması</w:t>
            </w:r>
            <w:proofErr w:type="spellEnd"/>
            <w:r w:rsidRPr="00A85C7F">
              <w:rPr>
                <w:rFonts w:ascii="Times New Roman" w:hAnsi="Times New Roman" w:cs="Times New Roman"/>
              </w:rPr>
              <w:t>.</w:t>
            </w:r>
          </w:p>
        </w:tc>
      </w:tr>
    </w:tbl>
    <w:p w14:paraId="14AC509E" w14:textId="315F9837" w:rsidR="00621729" w:rsidRPr="00EA6AC0" w:rsidRDefault="00621729">
      <w:pPr>
        <w:pStyle w:val="Balk2"/>
        <w:rPr>
          <w:color w:val="auto"/>
        </w:rPr>
      </w:pPr>
    </w:p>
    <w:p w14:paraId="2CE4234F" w14:textId="3E35BEDA" w:rsidR="00A85C7F" w:rsidRPr="00A85C7F" w:rsidRDefault="00A85C7F" w:rsidP="00A85C7F">
      <w:pPr>
        <w:pStyle w:val="Balk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85C7F">
        <w:rPr>
          <w:rFonts w:ascii="Times New Roman" w:hAnsi="Times New Roman" w:cs="Times New Roman"/>
          <w:color w:val="auto"/>
          <w:sz w:val="22"/>
          <w:szCs w:val="22"/>
        </w:rPr>
        <w:t>C</w:t>
      </w:r>
      <w:r w:rsidRPr="00A85C7F">
        <w:rPr>
          <w:rFonts w:ascii="Times New Roman" w:hAnsi="Times New Roman" w:cs="Times New Roman"/>
          <w:color w:val="auto"/>
          <w:sz w:val="24"/>
          <w:szCs w:val="24"/>
        </w:rPr>
        <w:t xml:space="preserve">. Resmi </w:t>
      </w:r>
      <w:proofErr w:type="spellStart"/>
      <w:r w:rsidRPr="00A85C7F">
        <w:rPr>
          <w:rFonts w:ascii="Times New Roman" w:hAnsi="Times New Roman" w:cs="Times New Roman"/>
          <w:color w:val="auto"/>
          <w:sz w:val="24"/>
          <w:szCs w:val="24"/>
        </w:rPr>
        <w:t>Tatiller</w:t>
      </w:r>
      <w:proofErr w:type="spellEnd"/>
    </w:p>
    <w:p w14:paraId="05FB50DB" w14:textId="391062C0" w:rsidR="00A85C7F" w:rsidRPr="00A85C7F" w:rsidRDefault="00A85C7F" w:rsidP="00A85C7F">
      <w:pPr>
        <w:jc w:val="both"/>
        <w:rPr>
          <w:rFonts w:ascii="Times New Roman" w:hAnsi="Times New Roman" w:cs="Times New Roman"/>
          <w:sz w:val="24"/>
          <w:szCs w:val="24"/>
        </w:rPr>
      </w:pPr>
      <w:r w:rsidRPr="00A85C7F">
        <w:rPr>
          <w:rFonts w:ascii="Times New Roman" w:hAnsi="Times New Roman" w:cs="Times New Roman"/>
          <w:sz w:val="24"/>
          <w:szCs w:val="24"/>
        </w:rPr>
        <w:t xml:space="preserve">8 Mart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Pazartesi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arefe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, 9–11 Mart Ramazan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Bayramı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tatilidir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. 8–11 Mart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haftasında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işletmede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yapılmaz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.  23 Nisan Cuma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resmî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tatildir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nedenle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dışında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tutulmuştur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>.</w:t>
      </w:r>
    </w:p>
    <w:p w14:paraId="24EA75D3" w14:textId="7A5F1637" w:rsidR="00621729" w:rsidRPr="00A85C7F" w:rsidRDefault="00000000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 w:rsidRPr="00A85C7F">
        <w:rPr>
          <w:rFonts w:ascii="Times New Roman" w:hAnsi="Times New Roman" w:cs="Times New Roman"/>
          <w:color w:val="auto"/>
          <w:sz w:val="24"/>
          <w:szCs w:val="24"/>
        </w:rPr>
        <w:t xml:space="preserve">D. Ek </w:t>
      </w:r>
      <w:proofErr w:type="spellStart"/>
      <w:r w:rsidRPr="00A85C7F">
        <w:rPr>
          <w:rFonts w:ascii="Times New Roman" w:hAnsi="Times New Roman" w:cs="Times New Roman"/>
          <w:color w:val="auto"/>
          <w:sz w:val="24"/>
          <w:szCs w:val="24"/>
        </w:rPr>
        <w:t>Notlar</w:t>
      </w:r>
      <w:proofErr w:type="spellEnd"/>
      <w:r w:rsidRPr="00A85C7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7CB5D4F4" w14:textId="77777777" w:rsidR="00A85C7F" w:rsidRPr="00A85C7F" w:rsidRDefault="00000000" w:rsidP="00A85C7F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5C7F">
        <w:rPr>
          <w:rFonts w:ascii="Times New Roman" w:hAnsi="Times New Roman" w:cs="Times New Roman"/>
          <w:sz w:val="24"/>
          <w:szCs w:val="24"/>
        </w:rPr>
        <w:t>Pazartesi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günleri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fakültede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devam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zorunluluğu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vardır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günlerde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mesleki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gelişim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AC0" w:rsidRPr="00A85C7F">
        <w:rPr>
          <w:rFonts w:ascii="Times New Roman" w:hAnsi="Times New Roman" w:cs="Times New Roman"/>
          <w:sz w:val="24"/>
          <w:szCs w:val="24"/>
        </w:rPr>
        <w:t>dersi</w:t>
      </w:r>
      <w:proofErr w:type="spellEnd"/>
      <w:r w:rsidR="00EA6AC0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6AC0" w:rsidRPr="00A85C7F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670" w:rsidRPr="00A85C7F">
        <w:rPr>
          <w:rFonts w:ascii="Times New Roman" w:hAnsi="Times New Roman" w:cs="Times New Roman"/>
          <w:sz w:val="24"/>
          <w:szCs w:val="24"/>
        </w:rPr>
        <w:t>istihdam</w:t>
      </w:r>
      <w:proofErr w:type="spellEnd"/>
      <w:r w:rsidR="004D6670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670" w:rsidRPr="00A85C7F">
        <w:rPr>
          <w:rFonts w:ascii="Times New Roman" w:hAnsi="Times New Roman" w:cs="Times New Roman"/>
          <w:sz w:val="24"/>
          <w:szCs w:val="24"/>
        </w:rPr>
        <w:t>eğitimi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değerlendirmeleri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yapılabilir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>.</w:t>
      </w:r>
    </w:p>
    <w:p w14:paraId="72AB12A9" w14:textId="4F3BD105" w:rsidR="00621729" w:rsidRPr="00A85C7F" w:rsidRDefault="00000000" w:rsidP="00A85C7F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5C7F">
        <w:rPr>
          <w:rFonts w:ascii="Times New Roman" w:hAnsi="Times New Roman" w:cs="Times New Roman"/>
          <w:sz w:val="24"/>
          <w:szCs w:val="24"/>
        </w:rPr>
        <w:t>İşletme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Kabul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Belgeleri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yalnızca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imzalı-kaşeli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ıslak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imza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kabul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edilir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>.</w:t>
      </w:r>
    </w:p>
    <w:p w14:paraId="27F7C971" w14:textId="1182F782" w:rsidR="00621729" w:rsidRPr="00A85C7F" w:rsidRDefault="00000000" w:rsidP="00A85C7F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5C7F">
        <w:rPr>
          <w:rFonts w:ascii="Times New Roman" w:hAnsi="Times New Roman" w:cs="Times New Roman"/>
          <w:sz w:val="24"/>
          <w:szCs w:val="24"/>
        </w:rPr>
        <w:t>Sigorta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süreci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, </w:t>
      </w:r>
      <w:r w:rsidR="00A85C7F" w:rsidRPr="00A85C7F">
        <w:rPr>
          <w:rFonts w:ascii="Times New Roman" w:hAnsi="Times New Roman" w:cs="Times New Roman"/>
          <w:sz w:val="24"/>
          <w:szCs w:val="24"/>
        </w:rPr>
        <w:t xml:space="preserve">2 Şubat-14 </w:t>
      </w:r>
      <w:proofErr w:type="spellStart"/>
      <w:r w:rsidR="00A85C7F" w:rsidRPr="00A85C7F">
        <w:rPr>
          <w:rFonts w:ascii="Times New Roman" w:hAnsi="Times New Roman" w:cs="Times New Roman"/>
          <w:sz w:val="24"/>
          <w:szCs w:val="24"/>
        </w:rPr>
        <w:t>Mayıs</w:t>
      </w:r>
      <w:proofErr w:type="spellEnd"/>
      <w:r w:rsidR="00A85C7F" w:rsidRPr="00A85C7F">
        <w:rPr>
          <w:rFonts w:ascii="Times New Roman" w:hAnsi="Times New Roman" w:cs="Times New Roman"/>
          <w:sz w:val="24"/>
          <w:szCs w:val="24"/>
        </w:rPr>
        <w:t xml:space="preserve"> 2027</w:t>
      </w:r>
      <w:r w:rsidR="001D22ED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46E6" w:rsidRPr="00A85C7F">
        <w:rPr>
          <w:rFonts w:ascii="Times New Roman" w:hAnsi="Times New Roman" w:cs="Times New Roman"/>
          <w:sz w:val="24"/>
          <w:szCs w:val="24"/>
        </w:rPr>
        <w:t>tarihleri</w:t>
      </w:r>
      <w:proofErr w:type="spellEnd"/>
      <w:r w:rsidR="00DE46E6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46E6" w:rsidRPr="00A85C7F">
        <w:rPr>
          <w:rFonts w:ascii="Times New Roman" w:hAnsi="Times New Roman" w:cs="Times New Roman"/>
          <w:sz w:val="24"/>
          <w:szCs w:val="24"/>
        </w:rPr>
        <w:t>arasında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olacak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C7F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C4E" w:rsidRPr="00A85C7F">
        <w:rPr>
          <w:rFonts w:ascii="Times New Roman" w:hAnsi="Times New Roman" w:cs="Times New Roman"/>
          <w:sz w:val="24"/>
          <w:szCs w:val="24"/>
        </w:rPr>
        <w:t>planlanmıştır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>.</w:t>
      </w:r>
    </w:p>
    <w:p w14:paraId="7949B76D" w14:textId="0E971AF8" w:rsidR="00A85C7F" w:rsidRPr="00A85C7F" w:rsidRDefault="00000000" w:rsidP="00A85C7F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5C7F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A85C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5C7F" w:rsidRPr="00A85C7F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="00A85C7F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C7F" w:rsidRPr="00A85C7F">
        <w:rPr>
          <w:rFonts w:ascii="Times New Roman" w:hAnsi="Times New Roman" w:cs="Times New Roman"/>
          <w:sz w:val="24"/>
          <w:szCs w:val="24"/>
        </w:rPr>
        <w:t>defterlerini</w:t>
      </w:r>
      <w:proofErr w:type="spellEnd"/>
      <w:r w:rsidR="00A85C7F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C7F" w:rsidRPr="00A85C7F">
        <w:rPr>
          <w:rFonts w:ascii="Times New Roman" w:hAnsi="Times New Roman" w:cs="Times New Roman"/>
          <w:sz w:val="24"/>
          <w:szCs w:val="24"/>
        </w:rPr>
        <w:t>çalışılan</w:t>
      </w:r>
      <w:proofErr w:type="spellEnd"/>
      <w:r w:rsidR="00A85C7F" w:rsidRPr="00A85C7F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="00A85C7F" w:rsidRPr="00A85C7F">
        <w:rPr>
          <w:rFonts w:ascii="Times New Roman" w:hAnsi="Times New Roman" w:cs="Times New Roman"/>
          <w:sz w:val="24"/>
          <w:szCs w:val="24"/>
        </w:rPr>
        <w:t>hafta</w:t>
      </w:r>
      <w:proofErr w:type="spellEnd"/>
      <w:r w:rsidR="00A85C7F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C7F" w:rsidRPr="00A85C7F">
        <w:rPr>
          <w:rFonts w:ascii="Times New Roman" w:hAnsi="Times New Roman" w:cs="Times New Roman"/>
          <w:sz w:val="24"/>
          <w:szCs w:val="24"/>
        </w:rPr>
        <w:t>onaylatmak</w:t>
      </w:r>
      <w:proofErr w:type="spellEnd"/>
      <w:r w:rsidR="00A85C7F" w:rsidRPr="00A85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C7F" w:rsidRPr="00A85C7F">
        <w:rPr>
          <w:rFonts w:ascii="Times New Roman" w:hAnsi="Times New Roman" w:cs="Times New Roman"/>
          <w:sz w:val="24"/>
          <w:szCs w:val="24"/>
        </w:rPr>
        <w:t>zorundadır</w:t>
      </w:r>
      <w:proofErr w:type="spellEnd"/>
      <w:r w:rsidR="00A85C7F" w:rsidRPr="00A85C7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C5AFB6" w14:textId="3C7746B7" w:rsidR="00A85C7F" w:rsidRPr="008F3A02" w:rsidRDefault="00A85C7F" w:rsidP="00A85C7F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Defter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ve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işletme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değerlendirme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belgeleri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10–12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Mayıs’ta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teslim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edilir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, son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kontroller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ve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dönem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değerlendirmesi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ise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13–14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Mayıs’ta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tamamlanacaktır</w:t>
      </w:r>
      <w:proofErr w:type="spellEnd"/>
      <w:r w:rsidRPr="008F3A02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67F7CB31" w14:textId="76F2C59C" w:rsidR="00621729" w:rsidRPr="00A85C7F" w:rsidRDefault="00621729" w:rsidP="00EA6AC0">
      <w:pPr>
        <w:jc w:val="both"/>
        <w:rPr>
          <w:sz w:val="24"/>
          <w:szCs w:val="24"/>
        </w:rPr>
      </w:pPr>
    </w:p>
    <w:p w14:paraId="1431E43A" w14:textId="77777777" w:rsidR="00A85C7F" w:rsidRDefault="00A85C7F" w:rsidP="00EA6AC0">
      <w:pPr>
        <w:jc w:val="both"/>
      </w:pPr>
    </w:p>
    <w:p w14:paraId="0B65F507" w14:textId="77777777" w:rsidR="00A85C7F" w:rsidRDefault="00A85C7F" w:rsidP="00EA6AC0">
      <w:pPr>
        <w:jc w:val="both"/>
      </w:pPr>
    </w:p>
    <w:p w14:paraId="18F6EF1E" w14:textId="77777777" w:rsidR="00C50326" w:rsidRDefault="00C50326" w:rsidP="00EA6AC0">
      <w:pPr>
        <w:jc w:val="both"/>
      </w:pPr>
    </w:p>
    <w:p w14:paraId="3623D0AB" w14:textId="4B4EACE9" w:rsidR="00C50326" w:rsidRDefault="00C50326" w:rsidP="00EA6AC0">
      <w:pPr>
        <w:jc w:val="both"/>
      </w:pPr>
    </w:p>
    <w:sectPr w:rsidR="00C50326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852C6" w14:textId="77777777" w:rsidR="00611C2F" w:rsidRDefault="00611C2F" w:rsidP="001B51E1">
      <w:pPr>
        <w:spacing w:after="0" w:line="240" w:lineRule="auto"/>
      </w:pPr>
      <w:r>
        <w:separator/>
      </w:r>
    </w:p>
  </w:endnote>
  <w:endnote w:type="continuationSeparator" w:id="0">
    <w:p w14:paraId="490365B7" w14:textId="77777777" w:rsidR="00611C2F" w:rsidRDefault="00611C2F" w:rsidP="001B5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0575370"/>
      <w:docPartObj>
        <w:docPartGallery w:val="Page Numbers (Bottom of Page)"/>
        <w:docPartUnique/>
      </w:docPartObj>
    </w:sdtPr>
    <w:sdtContent>
      <w:p w14:paraId="56D93728" w14:textId="57E6F713" w:rsidR="001B51E1" w:rsidRDefault="001B51E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73A0DFBD" w14:textId="77777777" w:rsidR="001B51E1" w:rsidRDefault="001B51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87D3E" w14:textId="77777777" w:rsidR="00611C2F" w:rsidRDefault="00611C2F" w:rsidP="001B51E1">
      <w:pPr>
        <w:spacing w:after="0" w:line="240" w:lineRule="auto"/>
      </w:pPr>
      <w:r>
        <w:separator/>
      </w:r>
    </w:p>
  </w:footnote>
  <w:footnote w:type="continuationSeparator" w:id="0">
    <w:p w14:paraId="49A9A48C" w14:textId="77777777" w:rsidR="00611C2F" w:rsidRDefault="00611C2F" w:rsidP="001B5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41209B"/>
    <w:multiLevelType w:val="hybridMultilevel"/>
    <w:tmpl w:val="341809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470362">
    <w:abstractNumId w:val="8"/>
  </w:num>
  <w:num w:numId="2" w16cid:durableId="857742125">
    <w:abstractNumId w:val="6"/>
  </w:num>
  <w:num w:numId="3" w16cid:durableId="1005134282">
    <w:abstractNumId w:val="5"/>
  </w:num>
  <w:num w:numId="4" w16cid:durableId="200291382">
    <w:abstractNumId w:val="4"/>
  </w:num>
  <w:num w:numId="5" w16cid:durableId="364911707">
    <w:abstractNumId w:val="7"/>
  </w:num>
  <w:num w:numId="6" w16cid:durableId="1928732584">
    <w:abstractNumId w:val="3"/>
  </w:num>
  <w:num w:numId="7" w16cid:durableId="933243542">
    <w:abstractNumId w:val="2"/>
  </w:num>
  <w:num w:numId="8" w16cid:durableId="1505196116">
    <w:abstractNumId w:val="1"/>
  </w:num>
  <w:num w:numId="9" w16cid:durableId="942958063">
    <w:abstractNumId w:val="0"/>
  </w:num>
  <w:num w:numId="10" w16cid:durableId="18755375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BDA"/>
    <w:rsid w:val="00034616"/>
    <w:rsid w:val="0006063C"/>
    <w:rsid w:val="00065FE4"/>
    <w:rsid w:val="00077C03"/>
    <w:rsid w:val="00095F8D"/>
    <w:rsid w:val="000C69D8"/>
    <w:rsid w:val="0015074B"/>
    <w:rsid w:val="0017272B"/>
    <w:rsid w:val="001A3326"/>
    <w:rsid w:val="001B51E1"/>
    <w:rsid w:val="001D22ED"/>
    <w:rsid w:val="00204581"/>
    <w:rsid w:val="00206C4E"/>
    <w:rsid w:val="002526E1"/>
    <w:rsid w:val="002572AE"/>
    <w:rsid w:val="00266E44"/>
    <w:rsid w:val="0029639D"/>
    <w:rsid w:val="002D7C6C"/>
    <w:rsid w:val="00302307"/>
    <w:rsid w:val="00326F90"/>
    <w:rsid w:val="0033629E"/>
    <w:rsid w:val="00387E64"/>
    <w:rsid w:val="0042560C"/>
    <w:rsid w:val="00471670"/>
    <w:rsid w:val="004D6670"/>
    <w:rsid w:val="004F550A"/>
    <w:rsid w:val="00574099"/>
    <w:rsid w:val="005D2F24"/>
    <w:rsid w:val="00607ACC"/>
    <w:rsid w:val="00611C2F"/>
    <w:rsid w:val="006123B7"/>
    <w:rsid w:val="00621729"/>
    <w:rsid w:val="006A07F7"/>
    <w:rsid w:val="007002BB"/>
    <w:rsid w:val="00725BF2"/>
    <w:rsid w:val="007266CE"/>
    <w:rsid w:val="00736BB6"/>
    <w:rsid w:val="00755CF5"/>
    <w:rsid w:val="007804D2"/>
    <w:rsid w:val="00823AFB"/>
    <w:rsid w:val="0089332D"/>
    <w:rsid w:val="008F3A02"/>
    <w:rsid w:val="00993384"/>
    <w:rsid w:val="00A008FF"/>
    <w:rsid w:val="00A23BEA"/>
    <w:rsid w:val="00A371A1"/>
    <w:rsid w:val="00A85C7F"/>
    <w:rsid w:val="00AA1D8D"/>
    <w:rsid w:val="00B11D89"/>
    <w:rsid w:val="00B13757"/>
    <w:rsid w:val="00B33CB0"/>
    <w:rsid w:val="00B41EF6"/>
    <w:rsid w:val="00B47730"/>
    <w:rsid w:val="00C50326"/>
    <w:rsid w:val="00C7312F"/>
    <w:rsid w:val="00C940D6"/>
    <w:rsid w:val="00CB0664"/>
    <w:rsid w:val="00CB54BF"/>
    <w:rsid w:val="00CC3DF0"/>
    <w:rsid w:val="00CF3028"/>
    <w:rsid w:val="00CF5AEB"/>
    <w:rsid w:val="00D117B7"/>
    <w:rsid w:val="00DE46E6"/>
    <w:rsid w:val="00DF6ED4"/>
    <w:rsid w:val="00E42EFC"/>
    <w:rsid w:val="00EA6AC0"/>
    <w:rsid w:val="00F3054B"/>
    <w:rsid w:val="00F4460C"/>
    <w:rsid w:val="00FC693F"/>
    <w:rsid w:val="00FC7B6D"/>
    <w:rsid w:val="00FE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BD88E"/>
  <w14:defaultImageDpi w14:val="300"/>
  <w15:docId w15:val="{7FC9AF55-4D02-4A7F-976D-6F96E821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Öğr. Üyesi Serpil BAŞER</cp:lastModifiedBy>
  <cp:revision>6</cp:revision>
  <dcterms:created xsi:type="dcterms:W3CDTF">2026-10-14T09:05:00Z</dcterms:created>
  <dcterms:modified xsi:type="dcterms:W3CDTF">2026-10-14T09:29:00Z</dcterms:modified>
  <cp:category/>
</cp:coreProperties>
</file>